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59E02" w14:textId="77777777" w:rsidR="00035FBB" w:rsidRDefault="00000000">
      <w:pPr>
        <w:jc w:val="center"/>
      </w:pPr>
      <w:r>
        <w:rPr>
          <w:b/>
          <w:color w:val="142A58"/>
          <w:sz w:val="36"/>
        </w:rPr>
        <w:t>SOUTH DAKOTA FOUNDATION</w:t>
      </w:r>
      <w:r>
        <w:rPr>
          <w:b/>
          <w:color w:val="142A58"/>
          <w:sz w:val="36"/>
        </w:rPr>
        <w:br/>
        <w:t>FOR FAMILY MEDICINE</w:t>
      </w:r>
      <w:r>
        <w:rPr>
          <w:b/>
          <w:color w:val="142A58"/>
          <w:sz w:val="36"/>
        </w:rPr>
        <w:br/>
      </w:r>
      <w:r>
        <w:rPr>
          <w:i/>
          <w:color w:val="6E2030"/>
          <w:sz w:val="32"/>
        </w:rPr>
        <w:t>Virtual Wine &amp; Cheese Fundraiser Registration</w:t>
      </w:r>
    </w:p>
    <w:p w14:paraId="071BC0DF" w14:textId="138D32A2" w:rsidR="00035FBB" w:rsidRDefault="00000000">
      <w:pPr>
        <w:jc w:val="center"/>
      </w:pPr>
      <w:r>
        <w:rPr>
          <w:b/>
        </w:rPr>
        <w:t xml:space="preserve">🍷 Saturday, September 12, </w:t>
      </w:r>
      <w:proofErr w:type="gramStart"/>
      <w:r>
        <w:rPr>
          <w:b/>
        </w:rPr>
        <w:t>2026</w:t>
      </w:r>
      <w:proofErr w:type="gramEnd"/>
      <w:r w:rsidR="00760F7E">
        <w:rPr>
          <w:b/>
        </w:rPr>
        <w:t xml:space="preserve"> 5:30-7:00 PM</w:t>
      </w:r>
      <w:r>
        <w:rPr>
          <w:b/>
        </w:rPr>
        <w:t xml:space="preserve"> • Virtual Event 🧀</w:t>
      </w:r>
      <w:r>
        <w:rPr>
          <w:b/>
        </w:rPr>
        <w:br/>
      </w:r>
      <w:r>
        <w:t>Wine and cheese packages will be shipped directly to your home the week of the event.</w:t>
      </w:r>
    </w:p>
    <w:p w14:paraId="4EC2CE27" w14:textId="77777777" w:rsidR="00035FBB" w:rsidRDefault="00000000">
      <w:pPr>
        <w:pStyle w:val="Heading2"/>
      </w:pPr>
      <w:r>
        <w:t>Registrant Information</w:t>
      </w:r>
    </w:p>
    <w:p w14:paraId="226B8F47" w14:textId="77777777" w:rsidR="00035FBB" w:rsidRDefault="00000000">
      <w:r>
        <w:t>Name: _______________________________________________</w:t>
      </w:r>
    </w:p>
    <w:p w14:paraId="136459DB" w14:textId="77777777" w:rsidR="00035FBB" w:rsidRDefault="00000000">
      <w:r>
        <w:t>Organization (if applicable): ______________________________</w:t>
      </w:r>
    </w:p>
    <w:p w14:paraId="0BD7EFD8" w14:textId="77777777" w:rsidR="00035FBB" w:rsidRDefault="00000000">
      <w:r>
        <w:t>Mailing Address: ________________________________________</w:t>
      </w:r>
    </w:p>
    <w:p w14:paraId="7618D74E" w14:textId="77777777" w:rsidR="00035FBB" w:rsidRDefault="00000000">
      <w:r>
        <w:t>City/State/ZIP: _________________________________________</w:t>
      </w:r>
    </w:p>
    <w:p w14:paraId="3208C120" w14:textId="77777777" w:rsidR="00035FBB" w:rsidRDefault="00000000">
      <w:r>
        <w:t>Phone: _______________________________________________</w:t>
      </w:r>
    </w:p>
    <w:p w14:paraId="14E5B0C9" w14:textId="77777777" w:rsidR="00035FBB" w:rsidRDefault="00000000">
      <w:r>
        <w:t>Email: ________________________________________________</w:t>
      </w:r>
    </w:p>
    <w:p w14:paraId="4ABBBF6C" w14:textId="77777777" w:rsidR="00035FBB" w:rsidRDefault="00000000">
      <w:pPr>
        <w:pStyle w:val="Heading2"/>
      </w:pPr>
      <w:r>
        <w:t>Choose Your Tasting Experience (Select One)</w:t>
      </w:r>
    </w:p>
    <w:p w14:paraId="1FAB791D" w14:textId="77777777" w:rsidR="00035FBB" w:rsidRDefault="00000000">
      <w:r>
        <w:t>☐ Cheese Only Package – $100</w:t>
      </w:r>
    </w:p>
    <w:p w14:paraId="10521013" w14:textId="77777777" w:rsidR="00035FBB" w:rsidRDefault="00000000">
      <w:r>
        <w:t>☐ Wine &amp; Cheese Package – $200</w:t>
      </w:r>
      <w:r>
        <w:br/>
        <w:t xml:space="preserve">      Includes: 2025 Sauvignon Blanc and 2019 Napa Valley Cabernet</w:t>
      </w:r>
    </w:p>
    <w:p w14:paraId="373F67C5" w14:textId="77777777" w:rsidR="00035FBB" w:rsidRDefault="00000000">
      <w:r>
        <w:t>☐ Reserve Wine &amp; Cheese Package – $300</w:t>
      </w:r>
      <w:r>
        <w:br/>
        <w:t xml:space="preserve">      Includes: 2025 Sauvignon Blanc, 2019 Napa Valley Cabernet, and 2020 Rougette</w:t>
      </w:r>
    </w:p>
    <w:p w14:paraId="167CB341" w14:textId="77777777" w:rsidR="00035FBB" w:rsidRDefault="00000000">
      <w:pPr>
        <w:pStyle w:val="Heading2"/>
      </w:pPr>
      <w:r>
        <w:t>Additional Information</w:t>
      </w:r>
    </w:p>
    <w:p w14:paraId="48F5916A" w14:textId="77777777" w:rsidR="00035FBB" w:rsidRDefault="00000000">
      <w:r>
        <w:t>Number of participants joining the Zoom event: __________________</w:t>
      </w:r>
    </w:p>
    <w:p w14:paraId="0FD87052" w14:textId="77777777" w:rsidR="00035FBB" w:rsidRDefault="00000000">
      <w:r>
        <w:t>If this package is a gift, recipient name and shipping address:</w:t>
      </w:r>
    </w:p>
    <w:p w14:paraId="7D59A0F9" w14:textId="77777777" w:rsidR="00035FBB" w:rsidRDefault="00000000">
      <w:r>
        <w:t>________________________________________________________________</w:t>
      </w:r>
    </w:p>
    <w:p w14:paraId="72817095" w14:textId="77777777" w:rsidR="00035FBB" w:rsidRDefault="00000000">
      <w:r>
        <w:t>Special shipping instructions: _____________________________________</w:t>
      </w:r>
    </w:p>
    <w:p w14:paraId="6AC8F558" w14:textId="77777777" w:rsidR="00035FBB" w:rsidRDefault="00000000">
      <w:pPr>
        <w:pStyle w:val="Heading2"/>
      </w:pPr>
      <w:r>
        <w:t>Payment</w:t>
      </w:r>
    </w:p>
    <w:p w14:paraId="3A791C7E" w14:textId="0DFE5CBB" w:rsidR="00035FBB" w:rsidRDefault="00000000">
      <w:r>
        <w:t xml:space="preserve">☐ Check Enclosed      ☐ </w:t>
      </w:r>
      <w:r w:rsidR="00760F7E">
        <w:t>Call for CC over the phone (605-868-1271)</w:t>
      </w:r>
      <w:r>
        <w:t xml:space="preserve">      ☐ Invoice Requested</w:t>
      </w:r>
    </w:p>
    <w:p w14:paraId="5346DA6D" w14:textId="77777777" w:rsidR="00035FBB" w:rsidRDefault="00000000">
      <w:r>
        <w:t>Total Amount: $____________________</w:t>
      </w:r>
    </w:p>
    <w:p w14:paraId="60365A77" w14:textId="77777777" w:rsidR="00035FBB" w:rsidRDefault="00000000">
      <w:pPr>
        <w:jc w:val="center"/>
        <w:rPr>
          <w:i/>
        </w:rPr>
      </w:pPr>
      <w:r>
        <w:rPr>
          <w:i/>
        </w:rPr>
        <w:t>Thank you for supporting the South Dakota Foundation for Family Medicine.</w:t>
      </w:r>
      <w:r>
        <w:rPr>
          <w:i/>
        </w:rPr>
        <w:br/>
        <w:t>Your participation helps advance family medicine programs and initiatives across South Dakota.</w:t>
      </w:r>
    </w:p>
    <w:p w14:paraId="7086ED3A" w14:textId="43FD0B6C" w:rsidR="00760F7E" w:rsidRDefault="00760F7E">
      <w:pPr>
        <w:jc w:val="center"/>
      </w:pPr>
      <w:r>
        <w:rPr>
          <w:i/>
        </w:rPr>
        <w:t xml:space="preserve">Email completed form to </w:t>
      </w:r>
      <w:hyperlink r:id="rId6" w:history="1">
        <w:r w:rsidRPr="00120B16">
          <w:rPr>
            <w:rStyle w:val="Hyperlink"/>
            <w:i/>
          </w:rPr>
          <w:t>carletta@sdafp.org</w:t>
        </w:r>
      </w:hyperlink>
      <w:r>
        <w:rPr>
          <w:i/>
        </w:rPr>
        <w:t xml:space="preserve"> </w:t>
      </w:r>
    </w:p>
    <w:sectPr w:rsidR="00760F7E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41437736">
    <w:abstractNumId w:val="8"/>
  </w:num>
  <w:num w:numId="2" w16cid:durableId="1607497220">
    <w:abstractNumId w:val="6"/>
  </w:num>
  <w:num w:numId="3" w16cid:durableId="23362893">
    <w:abstractNumId w:val="5"/>
  </w:num>
  <w:num w:numId="4" w16cid:durableId="911352469">
    <w:abstractNumId w:val="4"/>
  </w:num>
  <w:num w:numId="5" w16cid:durableId="1005741475">
    <w:abstractNumId w:val="7"/>
  </w:num>
  <w:num w:numId="6" w16cid:durableId="896472902">
    <w:abstractNumId w:val="3"/>
  </w:num>
  <w:num w:numId="7" w16cid:durableId="1400135294">
    <w:abstractNumId w:val="2"/>
  </w:num>
  <w:num w:numId="8" w16cid:durableId="720907624">
    <w:abstractNumId w:val="1"/>
  </w:num>
  <w:num w:numId="9" w16cid:durableId="1003319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5FBB"/>
    <w:rsid w:val="0006063C"/>
    <w:rsid w:val="0015074B"/>
    <w:rsid w:val="0029639D"/>
    <w:rsid w:val="00326F90"/>
    <w:rsid w:val="00760F7E"/>
    <w:rsid w:val="00A3450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7FADD2"/>
  <w14:defaultImageDpi w14:val="300"/>
  <w15:docId w15:val="{28DFC7EF-6D85-490D-ACD6-7F95AC5AF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60F7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0F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arletta@sdafp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Carletta Hauck</cp:lastModifiedBy>
  <cp:revision>2</cp:revision>
  <dcterms:created xsi:type="dcterms:W3CDTF">2026-06-24T19:01:00Z</dcterms:created>
  <dcterms:modified xsi:type="dcterms:W3CDTF">2026-06-24T19:01:00Z</dcterms:modified>
  <cp:category/>
</cp:coreProperties>
</file>